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E1BA" w14:textId="77777777" w:rsidR="001D3795" w:rsidRDefault="0080600D">
      <w:pPr>
        <w:jc w:val="center"/>
      </w:pPr>
      <w:r>
        <w:rPr>
          <w:rFonts w:ascii="Aptos Display" w:hAnsi="Aptos Display"/>
          <w:b/>
          <w:sz w:val="40"/>
        </w:rPr>
        <w:t>6518 MONROVIA</w:t>
      </w:r>
    </w:p>
    <w:p w14:paraId="36607031" w14:textId="77777777" w:rsidR="001D3795" w:rsidRDefault="0080600D">
      <w:pPr>
        <w:jc w:val="center"/>
      </w:pPr>
      <w:r>
        <w:rPr>
          <w:b/>
          <w:sz w:val="21"/>
        </w:rPr>
        <w:t>SUGAR LAND, TEXAS</w:t>
      </w:r>
    </w:p>
    <w:p w14:paraId="2CBCD68D" w14:textId="77777777" w:rsidR="001D3795" w:rsidRDefault="0080600D">
      <w:pPr>
        <w:jc w:val="center"/>
      </w:pPr>
      <w:r>
        <w:rPr>
          <w:b/>
          <w:sz w:val="26"/>
        </w:rPr>
        <w:t>PROPERTY UPGRADES, UPDATES &amp; REPLACEMENTS</w:t>
      </w:r>
    </w:p>
    <w:p w14:paraId="637FB563" w14:textId="77777777" w:rsidR="001D3795" w:rsidRDefault="0080600D">
      <w:pPr>
        <w:spacing w:after="120"/>
        <w:jc w:val="center"/>
      </w:pPr>
      <w:r>
        <w:rPr>
          <w:sz w:val="18"/>
        </w:rPr>
        <w:t>A convenient summary of improvements, replacements, features, and enhancements made to the property.</w:t>
      </w:r>
    </w:p>
    <w:p w14:paraId="355E92D3" w14:textId="77777777" w:rsidR="001D3795" w:rsidRDefault="0080600D">
      <w:pPr>
        <w:spacing w:before="100" w:after="40"/>
      </w:pPr>
      <w:r>
        <w:rPr>
          <w:b/>
          <w:sz w:val="22"/>
        </w:rPr>
        <w:t>EXTERIOR &amp; ROOF</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43CF3A67" w14:textId="77777777">
        <w:trPr>
          <w:jc w:val="center"/>
        </w:trPr>
        <w:tc>
          <w:tcPr>
            <w:tcW w:w="1152" w:type="dxa"/>
            <w:shd w:val="clear" w:color="auto" w:fill="D9E2F3"/>
            <w:vAlign w:val="center"/>
          </w:tcPr>
          <w:p w14:paraId="083365CC" w14:textId="77777777" w:rsidR="001D3795" w:rsidRDefault="0080600D">
            <w:r>
              <w:rPr>
                <w:b/>
                <w:sz w:val="17"/>
              </w:rPr>
              <w:t>Year</w:t>
            </w:r>
          </w:p>
        </w:tc>
        <w:tc>
          <w:tcPr>
            <w:tcW w:w="2951" w:type="dxa"/>
            <w:shd w:val="clear" w:color="auto" w:fill="D9E2F3"/>
            <w:vAlign w:val="center"/>
          </w:tcPr>
          <w:p w14:paraId="36D4FEFA" w14:textId="77777777" w:rsidR="001D3795" w:rsidRDefault="0080600D">
            <w:r>
              <w:rPr>
                <w:b/>
                <w:sz w:val="17"/>
              </w:rPr>
              <w:t>Improvement / Replacement</w:t>
            </w:r>
          </w:p>
        </w:tc>
        <w:tc>
          <w:tcPr>
            <w:tcW w:w="6120" w:type="dxa"/>
            <w:shd w:val="clear" w:color="auto" w:fill="D9E2F3"/>
            <w:vAlign w:val="center"/>
          </w:tcPr>
          <w:p w14:paraId="24469BAE" w14:textId="77777777" w:rsidR="001D3795" w:rsidRDefault="0080600D">
            <w:r>
              <w:rPr>
                <w:b/>
                <w:sz w:val="17"/>
              </w:rPr>
              <w:t>Details</w:t>
            </w:r>
          </w:p>
        </w:tc>
      </w:tr>
      <w:tr w:rsidR="001D3795" w14:paraId="0BFB1BFC" w14:textId="77777777">
        <w:trPr>
          <w:jc w:val="center"/>
        </w:trPr>
        <w:tc>
          <w:tcPr>
            <w:tcW w:w="1152" w:type="dxa"/>
            <w:vAlign w:val="center"/>
          </w:tcPr>
          <w:p w14:paraId="0000533E" w14:textId="77777777" w:rsidR="001D3795" w:rsidRDefault="0080600D">
            <w:r>
              <w:rPr>
                <w:sz w:val="17"/>
              </w:rPr>
              <w:t>2022</w:t>
            </w:r>
          </w:p>
        </w:tc>
        <w:tc>
          <w:tcPr>
            <w:tcW w:w="2951" w:type="dxa"/>
            <w:vAlign w:val="center"/>
          </w:tcPr>
          <w:p w14:paraId="2786327D" w14:textId="77777777" w:rsidR="001D3795" w:rsidRDefault="0080600D">
            <w:r>
              <w:rPr>
                <w:sz w:val="17"/>
              </w:rPr>
              <w:t>Roof</w:t>
            </w:r>
          </w:p>
        </w:tc>
        <w:tc>
          <w:tcPr>
            <w:tcW w:w="6120" w:type="dxa"/>
            <w:vAlign w:val="center"/>
          </w:tcPr>
          <w:p w14:paraId="624BAB65" w14:textId="77777777" w:rsidR="001D3795" w:rsidRDefault="0080600D">
            <w:r>
              <w:rPr>
                <w:sz w:val="17"/>
              </w:rPr>
              <w:t>Replaced</w:t>
            </w:r>
          </w:p>
        </w:tc>
      </w:tr>
      <w:tr w:rsidR="001D3795" w14:paraId="0D2E8CF2" w14:textId="77777777">
        <w:trPr>
          <w:jc w:val="center"/>
        </w:trPr>
        <w:tc>
          <w:tcPr>
            <w:tcW w:w="1152" w:type="dxa"/>
            <w:vAlign w:val="center"/>
          </w:tcPr>
          <w:p w14:paraId="3B6D414E" w14:textId="77777777" w:rsidR="001D3795" w:rsidRDefault="0080600D">
            <w:r>
              <w:rPr>
                <w:sz w:val="17"/>
              </w:rPr>
              <w:t>2010</w:t>
            </w:r>
          </w:p>
        </w:tc>
        <w:tc>
          <w:tcPr>
            <w:tcW w:w="2951" w:type="dxa"/>
            <w:vAlign w:val="center"/>
          </w:tcPr>
          <w:p w14:paraId="696F0DFF" w14:textId="77777777" w:rsidR="001D3795" w:rsidRDefault="0080600D">
            <w:r>
              <w:rPr>
                <w:sz w:val="17"/>
              </w:rPr>
              <w:t>Gutters / Drainage</w:t>
            </w:r>
          </w:p>
        </w:tc>
        <w:tc>
          <w:tcPr>
            <w:tcW w:w="6120" w:type="dxa"/>
            <w:vAlign w:val="center"/>
          </w:tcPr>
          <w:p w14:paraId="6478E679" w14:textId="77777777" w:rsidR="001D3795" w:rsidRDefault="0080600D">
            <w:r>
              <w:rPr>
                <w:sz w:val="17"/>
              </w:rPr>
              <w:t>Full gutter system - front and back</w:t>
            </w:r>
          </w:p>
        </w:tc>
      </w:tr>
      <w:tr w:rsidR="001D3795" w14:paraId="72A737E4" w14:textId="77777777">
        <w:trPr>
          <w:jc w:val="center"/>
        </w:trPr>
        <w:tc>
          <w:tcPr>
            <w:tcW w:w="1152" w:type="dxa"/>
            <w:vAlign w:val="center"/>
          </w:tcPr>
          <w:p w14:paraId="4DE1E359" w14:textId="77777777" w:rsidR="001D3795" w:rsidRDefault="0080600D">
            <w:r>
              <w:rPr>
                <w:sz w:val="17"/>
              </w:rPr>
              <w:t>2010</w:t>
            </w:r>
          </w:p>
        </w:tc>
        <w:tc>
          <w:tcPr>
            <w:tcW w:w="2951" w:type="dxa"/>
            <w:vAlign w:val="center"/>
          </w:tcPr>
          <w:p w14:paraId="6DDBB973" w14:textId="77777777" w:rsidR="001D3795" w:rsidRDefault="0080600D">
            <w:r>
              <w:rPr>
                <w:sz w:val="17"/>
              </w:rPr>
              <w:t>Fence</w:t>
            </w:r>
          </w:p>
        </w:tc>
        <w:tc>
          <w:tcPr>
            <w:tcW w:w="6120" w:type="dxa"/>
            <w:vAlign w:val="center"/>
          </w:tcPr>
          <w:p w14:paraId="2166751A" w14:textId="77777777" w:rsidR="001D3795" w:rsidRDefault="0080600D">
            <w:r>
              <w:rPr>
                <w:sz w:val="17"/>
              </w:rPr>
              <w:t>Aluminum wrought-iron fence</w:t>
            </w:r>
          </w:p>
        </w:tc>
      </w:tr>
      <w:tr w:rsidR="001D3795" w14:paraId="018BC3E7" w14:textId="77777777">
        <w:trPr>
          <w:jc w:val="center"/>
        </w:trPr>
        <w:tc>
          <w:tcPr>
            <w:tcW w:w="1152" w:type="dxa"/>
            <w:vAlign w:val="center"/>
          </w:tcPr>
          <w:p w14:paraId="141810AE" w14:textId="77777777" w:rsidR="001D3795" w:rsidRDefault="0080600D">
            <w:r>
              <w:rPr>
                <w:sz w:val="17"/>
              </w:rPr>
              <w:t>9/2024</w:t>
            </w:r>
          </w:p>
        </w:tc>
        <w:tc>
          <w:tcPr>
            <w:tcW w:w="2951" w:type="dxa"/>
            <w:vAlign w:val="center"/>
          </w:tcPr>
          <w:p w14:paraId="7A449795" w14:textId="77777777" w:rsidR="001D3795" w:rsidRDefault="0080600D">
            <w:r>
              <w:rPr>
                <w:sz w:val="17"/>
              </w:rPr>
              <w:t>Foundation Repair</w:t>
            </w:r>
          </w:p>
        </w:tc>
        <w:tc>
          <w:tcPr>
            <w:tcW w:w="6120" w:type="dxa"/>
            <w:vAlign w:val="center"/>
          </w:tcPr>
          <w:p w14:paraId="34782E0F" w14:textId="77777777" w:rsidR="001D3795" w:rsidRDefault="0080600D">
            <w:r>
              <w:rPr>
                <w:sz w:val="17"/>
              </w:rPr>
              <w:t>Foundation repair completed with transferable lifetime warranty</w:t>
            </w:r>
          </w:p>
        </w:tc>
      </w:tr>
      <w:tr w:rsidR="001D3795" w14:paraId="34573C3D" w14:textId="77777777">
        <w:trPr>
          <w:jc w:val="center"/>
        </w:trPr>
        <w:tc>
          <w:tcPr>
            <w:tcW w:w="1152" w:type="dxa"/>
            <w:vAlign w:val="center"/>
          </w:tcPr>
          <w:p w14:paraId="69E72F36" w14:textId="77777777" w:rsidR="001D3795" w:rsidRDefault="001D3795"/>
        </w:tc>
        <w:tc>
          <w:tcPr>
            <w:tcW w:w="2951" w:type="dxa"/>
            <w:vAlign w:val="center"/>
          </w:tcPr>
          <w:p w14:paraId="650B1098" w14:textId="77777777" w:rsidR="001D3795" w:rsidRDefault="0080600D">
            <w:r>
              <w:rPr>
                <w:sz w:val="17"/>
              </w:rPr>
              <w:t>Security Lighting</w:t>
            </w:r>
          </w:p>
        </w:tc>
        <w:tc>
          <w:tcPr>
            <w:tcW w:w="6120" w:type="dxa"/>
            <w:vAlign w:val="center"/>
          </w:tcPr>
          <w:p w14:paraId="748884B0" w14:textId="77777777" w:rsidR="001D3795" w:rsidRDefault="0080600D">
            <w:r>
              <w:rPr>
                <w:sz w:val="17"/>
              </w:rPr>
              <w:t>Wired motion-detected security lights added to the front and back of the home</w:t>
            </w:r>
          </w:p>
        </w:tc>
      </w:tr>
    </w:tbl>
    <w:p w14:paraId="11AEC402" w14:textId="77777777" w:rsidR="001D3795" w:rsidRDefault="0080600D">
      <w:pPr>
        <w:spacing w:before="100" w:after="40"/>
      </w:pPr>
      <w:r>
        <w:rPr>
          <w:b/>
          <w:sz w:val="22"/>
        </w:rPr>
        <w:t>HVAC, PLUMBING &amp; MECHANICAL</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110CCB0E" w14:textId="77777777">
        <w:trPr>
          <w:jc w:val="center"/>
        </w:trPr>
        <w:tc>
          <w:tcPr>
            <w:tcW w:w="1152" w:type="dxa"/>
            <w:shd w:val="clear" w:color="auto" w:fill="D9E2F3"/>
            <w:vAlign w:val="center"/>
          </w:tcPr>
          <w:p w14:paraId="78A23E04" w14:textId="77777777" w:rsidR="001D3795" w:rsidRDefault="0080600D">
            <w:r>
              <w:rPr>
                <w:b/>
                <w:sz w:val="17"/>
              </w:rPr>
              <w:t>Year</w:t>
            </w:r>
          </w:p>
        </w:tc>
        <w:tc>
          <w:tcPr>
            <w:tcW w:w="2951" w:type="dxa"/>
            <w:shd w:val="clear" w:color="auto" w:fill="D9E2F3"/>
            <w:vAlign w:val="center"/>
          </w:tcPr>
          <w:p w14:paraId="03320FA0" w14:textId="77777777" w:rsidR="001D3795" w:rsidRDefault="0080600D">
            <w:r>
              <w:rPr>
                <w:b/>
                <w:sz w:val="17"/>
              </w:rPr>
              <w:t>Improvement / Replacement</w:t>
            </w:r>
          </w:p>
        </w:tc>
        <w:tc>
          <w:tcPr>
            <w:tcW w:w="6120" w:type="dxa"/>
            <w:shd w:val="clear" w:color="auto" w:fill="D9E2F3"/>
            <w:vAlign w:val="center"/>
          </w:tcPr>
          <w:p w14:paraId="328E1D74" w14:textId="77777777" w:rsidR="001D3795" w:rsidRDefault="0080600D">
            <w:r>
              <w:rPr>
                <w:b/>
                <w:sz w:val="17"/>
              </w:rPr>
              <w:t>Details</w:t>
            </w:r>
          </w:p>
        </w:tc>
      </w:tr>
      <w:tr w:rsidR="001D3795" w14:paraId="614A6FC1" w14:textId="77777777">
        <w:trPr>
          <w:jc w:val="center"/>
        </w:trPr>
        <w:tc>
          <w:tcPr>
            <w:tcW w:w="1152" w:type="dxa"/>
            <w:vAlign w:val="center"/>
          </w:tcPr>
          <w:p w14:paraId="32D68F62" w14:textId="77777777" w:rsidR="001D3795" w:rsidRDefault="0080600D">
            <w:r>
              <w:rPr>
                <w:sz w:val="17"/>
              </w:rPr>
              <w:t>9/2025</w:t>
            </w:r>
          </w:p>
        </w:tc>
        <w:tc>
          <w:tcPr>
            <w:tcW w:w="2951" w:type="dxa"/>
            <w:vAlign w:val="center"/>
          </w:tcPr>
          <w:p w14:paraId="6C477E63" w14:textId="77777777" w:rsidR="001D3795" w:rsidRDefault="0080600D">
            <w:r>
              <w:rPr>
                <w:sz w:val="17"/>
              </w:rPr>
              <w:t>HVAC System</w:t>
            </w:r>
          </w:p>
        </w:tc>
        <w:tc>
          <w:tcPr>
            <w:tcW w:w="6120" w:type="dxa"/>
            <w:vAlign w:val="center"/>
          </w:tcPr>
          <w:p w14:paraId="0DC8895D" w14:textId="77777777" w:rsidR="001D3795" w:rsidRDefault="0080600D">
            <w:r>
              <w:rPr>
                <w:sz w:val="17"/>
              </w:rPr>
              <w:t>Full replacement - 16 SEER system</w:t>
            </w:r>
          </w:p>
        </w:tc>
      </w:tr>
      <w:tr w:rsidR="001D3795" w14:paraId="06BD632C" w14:textId="77777777">
        <w:trPr>
          <w:jc w:val="center"/>
        </w:trPr>
        <w:tc>
          <w:tcPr>
            <w:tcW w:w="1152" w:type="dxa"/>
            <w:vAlign w:val="center"/>
          </w:tcPr>
          <w:p w14:paraId="7FAE1713" w14:textId="77777777" w:rsidR="001D3795" w:rsidRDefault="0080600D">
            <w:r>
              <w:rPr>
                <w:sz w:val="17"/>
              </w:rPr>
              <w:t>2022</w:t>
            </w:r>
          </w:p>
        </w:tc>
        <w:tc>
          <w:tcPr>
            <w:tcW w:w="2951" w:type="dxa"/>
            <w:vAlign w:val="center"/>
          </w:tcPr>
          <w:p w14:paraId="54B83D8B" w14:textId="77777777" w:rsidR="001D3795" w:rsidRDefault="0080600D">
            <w:r>
              <w:rPr>
                <w:sz w:val="17"/>
              </w:rPr>
              <w:t>Water Heater</w:t>
            </w:r>
          </w:p>
        </w:tc>
        <w:tc>
          <w:tcPr>
            <w:tcW w:w="6120" w:type="dxa"/>
            <w:vAlign w:val="center"/>
          </w:tcPr>
          <w:p w14:paraId="3B1DF143" w14:textId="77777777" w:rsidR="001D3795" w:rsidRDefault="0080600D">
            <w:r>
              <w:rPr>
                <w:sz w:val="17"/>
              </w:rPr>
              <w:t>Replaced with 40-gallon water heater</w:t>
            </w:r>
          </w:p>
        </w:tc>
      </w:tr>
      <w:tr w:rsidR="001D3795" w14:paraId="0EC9E541" w14:textId="77777777">
        <w:trPr>
          <w:jc w:val="center"/>
        </w:trPr>
        <w:tc>
          <w:tcPr>
            <w:tcW w:w="1152" w:type="dxa"/>
            <w:vAlign w:val="center"/>
          </w:tcPr>
          <w:p w14:paraId="2A923B91" w14:textId="77777777" w:rsidR="001D3795" w:rsidRDefault="001D3795"/>
        </w:tc>
        <w:tc>
          <w:tcPr>
            <w:tcW w:w="2951" w:type="dxa"/>
            <w:vAlign w:val="center"/>
          </w:tcPr>
          <w:p w14:paraId="47040670" w14:textId="77777777" w:rsidR="001D3795" w:rsidRDefault="0080600D">
            <w:r>
              <w:rPr>
                <w:sz w:val="17"/>
              </w:rPr>
              <w:t>A/C Filtration</w:t>
            </w:r>
          </w:p>
        </w:tc>
        <w:tc>
          <w:tcPr>
            <w:tcW w:w="6120" w:type="dxa"/>
            <w:vAlign w:val="center"/>
          </w:tcPr>
          <w:p w14:paraId="0077CB96" w14:textId="77777777" w:rsidR="001D3795" w:rsidRDefault="0080600D">
            <w:r>
              <w:rPr>
                <w:sz w:val="17"/>
              </w:rPr>
              <w:t>Whole-house air-filtration system</w:t>
            </w:r>
          </w:p>
        </w:tc>
      </w:tr>
      <w:tr w:rsidR="001D3795" w14:paraId="4109D450" w14:textId="77777777">
        <w:trPr>
          <w:jc w:val="center"/>
        </w:trPr>
        <w:tc>
          <w:tcPr>
            <w:tcW w:w="1152" w:type="dxa"/>
            <w:vAlign w:val="center"/>
          </w:tcPr>
          <w:p w14:paraId="726CA516" w14:textId="77777777" w:rsidR="001D3795" w:rsidRDefault="001D3795"/>
        </w:tc>
        <w:tc>
          <w:tcPr>
            <w:tcW w:w="2951" w:type="dxa"/>
            <w:vAlign w:val="center"/>
          </w:tcPr>
          <w:p w14:paraId="4D06245B" w14:textId="77777777" w:rsidR="001D3795" w:rsidRDefault="0080600D">
            <w:r>
              <w:rPr>
                <w:sz w:val="17"/>
              </w:rPr>
              <w:t>Surge Protection</w:t>
            </w:r>
          </w:p>
        </w:tc>
        <w:tc>
          <w:tcPr>
            <w:tcW w:w="6120" w:type="dxa"/>
            <w:vAlign w:val="center"/>
          </w:tcPr>
          <w:p w14:paraId="7FAD93BE" w14:textId="77777777" w:rsidR="001D3795" w:rsidRDefault="0080600D">
            <w:r>
              <w:rPr>
                <w:sz w:val="17"/>
              </w:rPr>
              <w:t>Whole-home surge protector</w:t>
            </w:r>
          </w:p>
        </w:tc>
      </w:tr>
      <w:tr w:rsidR="001D3795" w14:paraId="28F5F061" w14:textId="77777777">
        <w:trPr>
          <w:jc w:val="center"/>
        </w:trPr>
        <w:tc>
          <w:tcPr>
            <w:tcW w:w="1152" w:type="dxa"/>
            <w:vAlign w:val="center"/>
          </w:tcPr>
          <w:p w14:paraId="3122D74E" w14:textId="77777777" w:rsidR="001D3795" w:rsidRDefault="001D3795"/>
        </w:tc>
        <w:tc>
          <w:tcPr>
            <w:tcW w:w="2951" w:type="dxa"/>
            <w:vAlign w:val="center"/>
          </w:tcPr>
          <w:p w14:paraId="20AAA7CD" w14:textId="77777777" w:rsidR="001D3795" w:rsidRDefault="0080600D">
            <w:r>
              <w:rPr>
                <w:sz w:val="17"/>
              </w:rPr>
              <w:t>Alarm System</w:t>
            </w:r>
          </w:p>
        </w:tc>
        <w:tc>
          <w:tcPr>
            <w:tcW w:w="6120" w:type="dxa"/>
            <w:vAlign w:val="center"/>
          </w:tcPr>
          <w:p w14:paraId="4DF41C7E" w14:textId="77777777" w:rsidR="001D3795" w:rsidRDefault="0080600D">
            <w:r>
              <w:rPr>
                <w:sz w:val="17"/>
              </w:rPr>
              <w:t>Owned security system</w:t>
            </w:r>
          </w:p>
        </w:tc>
      </w:tr>
      <w:tr w:rsidR="001D3795" w14:paraId="02EEBECB" w14:textId="77777777">
        <w:trPr>
          <w:jc w:val="center"/>
        </w:trPr>
        <w:tc>
          <w:tcPr>
            <w:tcW w:w="1152" w:type="dxa"/>
            <w:vAlign w:val="center"/>
          </w:tcPr>
          <w:p w14:paraId="7E139493" w14:textId="77777777" w:rsidR="001D3795" w:rsidRDefault="001D3795"/>
        </w:tc>
        <w:tc>
          <w:tcPr>
            <w:tcW w:w="2951" w:type="dxa"/>
            <w:vAlign w:val="center"/>
          </w:tcPr>
          <w:p w14:paraId="5037B55A" w14:textId="77777777" w:rsidR="001D3795" w:rsidRDefault="0080600D">
            <w:r>
              <w:rPr>
                <w:sz w:val="17"/>
              </w:rPr>
              <w:t>Plumbing Shut-Off Valves</w:t>
            </w:r>
          </w:p>
        </w:tc>
        <w:tc>
          <w:tcPr>
            <w:tcW w:w="6120" w:type="dxa"/>
            <w:vAlign w:val="center"/>
          </w:tcPr>
          <w:p w14:paraId="0435118B" w14:textId="77777777" w:rsidR="001D3795" w:rsidRDefault="0080600D">
            <w:r>
              <w:rPr>
                <w:sz w:val="17"/>
              </w:rPr>
              <w:t>Upgraded shut-off valves throughout the house</w:t>
            </w:r>
          </w:p>
        </w:tc>
      </w:tr>
    </w:tbl>
    <w:p w14:paraId="1C1A1531" w14:textId="77777777" w:rsidR="001D3795" w:rsidRDefault="0080600D">
      <w:r>
        <w:rPr>
          <w:b/>
          <w:sz w:val="22"/>
        </w:rPr>
        <w:t>BATHROOMS</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664394B3" w14:textId="77777777">
        <w:trPr>
          <w:jc w:val="center"/>
        </w:trPr>
        <w:tc>
          <w:tcPr>
            <w:tcW w:w="1152" w:type="dxa"/>
            <w:shd w:val="clear" w:color="auto" w:fill="D9E2F3"/>
            <w:vAlign w:val="center"/>
          </w:tcPr>
          <w:p w14:paraId="2FABA90F" w14:textId="77777777" w:rsidR="001D3795" w:rsidRDefault="0080600D">
            <w:r>
              <w:rPr>
                <w:b/>
                <w:sz w:val="17"/>
              </w:rPr>
              <w:t>Year</w:t>
            </w:r>
          </w:p>
        </w:tc>
        <w:tc>
          <w:tcPr>
            <w:tcW w:w="2951" w:type="dxa"/>
            <w:shd w:val="clear" w:color="auto" w:fill="D9E2F3"/>
            <w:vAlign w:val="center"/>
          </w:tcPr>
          <w:p w14:paraId="67816E07" w14:textId="77777777" w:rsidR="001D3795" w:rsidRDefault="0080600D">
            <w:r>
              <w:rPr>
                <w:b/>
                <w:sz w:val="17"/>
              </w:rPr>
              <w:t>Improvement / Replacement</w:t>
            </w:r>
          </w:p>
        </w:tc>
        <w:tc>
          <w:tcPr>
            <w:tcW w:w="6120" w:type="dxa"/>
            <w:shd w:val="clear" w:color="auto" w:fill="D9E2F3"/>
            <w:vAlign w:val="center"/>
          </w:tcPr>
          <w:p w14:paraId="6B66EA9E" w14:textId="77777777" w:rsidR="001D3795" w:rsidRDefault="0080600D">
            <w:r>
              <w:rPr>
                <w:b/>
                <w:sz w:val="17"/>
              </w:rPr>
              <w:t>Details</w:t>
            </w:r>
          </w:p>
        </w:tc>
      </w:tr>
      <w:tr w:rsidR="001D3795" w14:paraId="3DEF9C08" w14:textId="77777777">
        <w:trPr>
          <w:jc w:val="center"/>
        </w:trPr>
        <w:tc>
          <w:tcPr>
            <w:tcW w:w="1152" w:type="dxa"/>
            <w:vAlign w:val="center"/>
          </w:tcPr>
          <w:p w14:paraId="49AC870B" w14:textId="77777777" w:rsidR="001D3795" w:rsidRDefault="0080600D">
            <w:r>
              <w:rPr>
                <w:sz w:val="17"/>
              </w:rPr>
              <w:t>2025</w:t>
            </w:r>
          </w:p>
        </w:tc>
        <w:tc>
          <w:tcPr>
            <w:tcW w:w="2951" w:type="dxa"/>
            <w:vAlign w:val="center"/>
          </w:tcPr>
          <w:p w14:paraId="7AC5A009" w14:textId="77777777" w:rsidR="001D3795" w:rsidRDefault="0080600D">
            <w:r>
              <w:rPr>
                <w:sz w:val="17"/>
              </w:rPr>
              <w:t>Toilets</w:t>
            </w:r>
          </w:p>
        </w:tc>
        <w:tc>
          <w:tcPr>
            <w:tcW w:w="6120" w:type="dxa"/>
            <w:vAlign w:val="center"/>
          </w:tcPr>
          <w:p w14:paraId="0A9980D2" w14:textId="77777777" w:rsidR="001D3795" w:rsidRDefault="0080600D">
            <w:r>
              <w:rPr>
                <w:sz w:val="17"/>
              </w:rPr>
              <w:t>All toilets replaced with chair-height toilets</w:t>
            </w:r>
          </w:p>
        </w:tc>
      </w:tr>
    </w:tbl>
    <w:p w14:paraId="2C41AB09" w14:textId="77777777" w:rsidR="001D3795" w:rsidRDefault="0080600D">
      <w:pPr>
        <w:spacing w:before="100" w:after="40"/>
      </w:pPr>
      <w:r>
        <w:rPr>
          <w:b/>
          <w:sz w:val="22"/>
        </w:rPr>
        <w:t>INTERIOR</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55BCC6D8" w14:textId="77777777">
        <w:trPr>
          <w:jc w:val="center"/>
        </w:trPr>
        <w:tc>
          <w:tcPr>
            <w:tcW w:w="1152" w:type="dxa"/>
            <w:shd w:val="clear" w:color="auto" w:fill="D9E2F3"/>
            <w:vAlign w:val="center"/>
          </w:tcPr>
          <w:p w14:paraId="6E4B40B9" w14:textId="77777777" w:rsidR="001D3795" w:rsidRDefault="0080600D">
            <w:r>
              <w:rPr>
                <w:b/>
                <w:sz w:val="17"/>
              </w:rPr>
              <w:t>Year</w:t>
            </w:r>
          </w:p>
        </w:tc>
        <w:tc>
          <w:tcPr>
            <w:tcW w:w="2951" w:type="dxa"/>
            <w:shd w:val="clear" w:color="auto" w:fill="D9E2F3"/>
            <w:vAlign w:val="center"/>
          </w:tcPr>
          <w:p w14:paraId="57FEEBD9" w14:textId="77777777" w:rsidR="001D3795" w:rsidRDefault="0080600D">
            <w:r>
              <w:rPr>
                <w:b/>
                <w:sz w:val="17"/>
              </w:rPr>
              <w:t>Improvement / Replacement</w:t>
            </w:r>
          </w:p>
        </w:tc>
        <w:tc>
          <w:tcPr>
            <w:tcW w:w="6120" w:type="dxa"/>
            <w:shd w:val="clear" w:color="auto" w:fill="D9E2F3"/>
            <w:vAlign w:val="center"/>
          </w:tcPr>
          <w:p w14:paraId="69AABA5F" w14:textId="77777777" w:rsidR="001D3795" w:rsidRDefault="0080600D">
            <w:r>
              <w:rPr>
                <w:b/>
                <w:sz w:val="17"/>
              </w:rPr>
              <w:t>Details</w:t>
            </w:r>
          </w:p>
        </w:tc>
      </w:tr>
      <w:tr w:rsidR="001D3795" w14:paraId="390C5D5B" w14:textId="77777777">
        <w:trPr>
          <w:jc w:val="center"/>
        </w:trPr>
        <w:tc>
          <w:tcPr>
            <w:tcW w:w="1152" w:type="dxa"/>
            <w:vAlign w:val="center"/>
          </w:tcPr>
          <w:p w14:paraId="462541BB" w14:textId="77777777" w:rsidR="001D3795" w:rsidRDefault="001D3795"/>
        </w:tc>
        <w:tc>
          <w:tcPr>
            <w:tcW w:w="2951" w:type="dxa"/>
            <w:vAlign w:val="center"/>
          </w:tcPr>
          <w:p w14:paraId="1E57870A" w14:textId="77777777" w:rsidR="001D3795" w:rsidRDefault="0080600D">
            <w:r>
              <w:rPr>
                <w:sz w:val="17"/>
              </w:rPr>
              <w:t>Lighting</w:t>
            </w:r>
          </w:p>
        </w:tc>
        <w:tc>
          <w:tcPr>
            <w:tcW w:w="6120" w:type="dxa"/>
            <w:vAlign w:val="center"/>
          </w:tcPr>
          <w:p w14:paraId="1EE457E3" w14:textId="77777777" w:rsidR="001D3795" w:rsidRDefault="0080600D">
            <w:r>
              <w:rPr>
                <w:sz w:val="17"/>
              </w:rPr>
              <w:t>Upgraded lighting fixtures</w:t>
            </w:r>
          </w:p>
        </w:tc>
      </w:tr>
      <w:tr w:rsidR="001D3795" w14:paraId="30B7ECBE" w14:textId="77777777">
        <w:trPr>
          <w:jc w:val="center"/>
        </w:trPr>
        <w:tc>
          <w:tcPr>
            <w:tcW w:w="1152" w:type="dxa"/>
            <w:vAlign w:val="center"/>
          </w:tcPr>
          <w:p w14:paraId="2A66473F" w14:textId="77777777" w:rsidR="001D3795" w:rsidRDefault="001D3795"/>
        </w:tc>
        <w:tc>
          <w:tcPr>
            <w:tcW w:w="2951" w:type="dxa"/>
            <w:vAlign w:val="center"/>
          </w:tcPr>
          <w:p w14:paraId="30C817E6" w14:textId="77777777" w:rsidR="001D3795" w:rsidRDefault="0080600D">
            <w:r>
              <w:rPr>
                <w:sz w:val="17"/>
              </w:rPr>
              <w:t>Ceiling Fans</w:t>
            </w:r>
          </w:p>
        </w:tc>
        <w:tc>
          <w:tcPr>
            <w:tcW w:w="6120" w:type="dxa"/>
            <w:vAlign w:val="center"/>
          </w:tcPr>
          <w:p w14:paraId="0749AE7F" w14:textId="77777777" w:rsidR="001D3795" w:rsidRDefault="0080600D">
            <w:r>
              <w:rPr>
                <w:sz w:val="17"/>
              </w:rPr>
              <w:t>Ceiling fans installed in all living spaces</w:t>
            </w:r>
          </w:p>
        </w:tc>
      </w:tr>
      <w:tr w:rsidR="001D3795" w14:paraId="74000BE3" w14:textId="77777777">
        <w:trPr>
          <w:jc w:val="center"/>
        </w:trPr>
        <w:tc>
          <w:tcPr>
            <w:tcW w:w="1152" w:type="dxa"/>
            <w:vAlign w:val="center"/>
          </w:tcPr>
          <w:p w14:paraId="1B020E1E" w14:textId="77777777" w:rsidR="001D3795" w:rsidRDefault="001D3795"/>
        </w:tc>
        <w:tc>
          <w:tcPr>
            <w:tcW w:w="2951" w:type="dxa"/>
            <w:vAlign w:val="center"/>
          </w:tcPr>
          <w:p w14:paraId="38E44740" w14:textId="77777777" w:rsidR="001D3795" w:rsidRDefault="0080600D">
            <w:r>
              <w:rPr>
                <w:sz w:val="17"/>
              </w:rPr>
              <w:t>Window Coverings</w:t>
            </w:r>
          </w:p>
        </w:tc>
        <w:tc>
          <w:tcPr>
            <w:tcW w:w="6120" w:type="dxa"/>
            <w:vAlign w:val="center"/>
          </w:tcPr>
          <w:p w14:paraId="288E3E7D" w14:textId="77777777" w:rsidR="001D3795" w:rsidRDefault="0080600D">
            <w:r>
              <w:rPr>
                <w:sz w:val="17"/>
              </w:rPr>
              <w:t>Window coverings added to all windows</w:t>
            </w:r>
          </w:p>
        </w:tc>
      </w:tr>
    </w:tbl>
    <w:p w14:paraId="40D4F26F" w14:textId="77777777" w:rsidR="001D3795" w:rsidRDefault="0080600D">
      <w:pPr>
        <w:spacing w:before="100" w:after="40"/>
      </w:pPr>
      <w:r>
        <w:rPr>
          <w:b/>
          <w:sz w:val="22"/>
        </w:rPr>
        <w:t>OUTDOOR LIVING &amp; LANDSCAPING</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2460EBA4" w14:textId="77777777">
        <w:trPr>
          <w:jc w:val="center"/>
        </w:trPr>
        <w:tc>
          <w:tcPr>
            <w:tcW w:w="1152" w:type="dxa"/>
            <w:shd w:val="clear" w:color="auto" w:fill="D9E2F3"/>
            <w:vAlign w:val="center"/>
          </w:tcPr>
          <w:p w14:paraId="4465669D" w14:textId="77777777" w:rsidR="001D3795" w:rsidRDefault="0080600D">
            <w:r>
              <w:rPr>
                <w:b/>
                <w:sz w:val="17"/>
              </w:rPr>
              <w:t>Year</w:t>
            </w:r>
          </w:p>
        </w:tc>
        <w:tc>
          <w:tcPr>
            <w:tcW w:w="2951" w:type="dxa"/>
            <w:shd w:val="clear" w:color="auto" w:fill="D9E2F3"/>
            <w:vAlign w:val="center"/>
          </w:tcPr>
          <w:p w14:paraId="011E6A28" w14:textId="77777777" w:rsidR="001D3795" w:rsidRDefault="0080600D">
            <w:r>
              <w:rPr>
                <w:b/>
                <w:sz w:val="17"/>
              </w:rPr>
              <w:t>Improvement / Replacement</w:t>
            </w:r>
          </w:p>
        </w:tc>
        <w:tc>
          <w:tcPr>
            <w:tcW w:w="6120" w:type="dxa"/>
            <w:shd w:val="clear" w:color="auto" w:fill="D9E2F3"/>
            <w:vAlign w:val="center"/>
          </w:tcPr>
          <w:p w14:paraId="06DB4133" w14:textId="77777777" w:rsidR="001D3795" w:rsidRDefault="0080600D">
            <w:r>
              <w:rPr>
                <w:b/>
                <w:sz w:val="17"/>
              </w:rPr>
              <w:t>Details</w:t>
            </w:r>
          </w:p>
        </w:tc>
      </w:tr>
      <w:tr w:rsidR="001D3795" w14:paraId="0C68A9A1" w14:textId="77777777">
        <w:trPr>
          <w:jc w:val="center"/>
        </w:trPr>
        <w:tc>
          <w:tcPr>
            <w:tcW w:w="1152" w:type="dxa"/>
            <w:vAlign w:val="center"/>
          </w:tcPr>
          <w:p w14:paraId="353CB4B4" w14:textId="77777777" w:rsidR="001D3795" w:rsidRDefault="001D3795"/>
        </w:tc>
        <w:tc>
          <w:tcPr>
            <w:tcW w:w="2951" w:type="dxa"/>
            <w:vAlign w:val="center"/>
          </w:tcPr>
          <w:p w14:paraId="74ED2F79" w14:textId="77777777" w:rsidR="001D3795" w:rsidRDefault="0080600D">
            <w:r>
              <w:rPr>
                <w:sz w:val="17"/>
              </w:rPr>
              <w:t>Landscaping</w:t>
            </w:r>
          </w:p>
        </w:tc>
        <w:tc>
          <w:tcPr>
            <w:tcW w:w="6120" w:type="dxa"/>
            <w:vAlign w:val="center"/>
          </w:tcPr>
          <w:p w14:paraId="4A43217E" w14:textId="77777777" w:rsidR="001D3795" w:rsidRDefault="0080600D">
            <w:r>
              <w:rPr>
                <w:sz w:val="17"/>
              </w:rPr>
              <w:t>Custom landscaping added to front and backyard</w:t>
            </w:r>
          </w:p>
        </w:tc>
      </w:tr>
      <w:tr w:rsidR="001D3795" w14:paraId="5091F013" w14:textId="77777777">
        <w:trPr>
          <w:jc w:val="center"/>
        </w:trPr>
        <w:tc>
          <w:tcPr>
            <w:tcW w:w="1152" w:type="dxa"/>
            <w:vAlign w:val="center"/>
          </w:tcPr>
          <w:p w14:paraId="26404A93" w14:textId="77777777" w:rsidR="001D3795" w:rsidRDefault="001D3795"/>
        </w:tc>
        <w:tc>
          <w:tcPr>
            <w:tcW w:w="2951" w:type="dxa"/>
            <w:vAlign w:val="center"/>
          </w:tcPr>
          <w:p w14:paraId="0B79AF04" w14:textId="77777777" w:rsidR="001D3795" w:rsidRDefault="0080600D">
            <w:r>
              <w:rPr>
                <w:sz w:val="17"/>
              </w:rPr>
              <w:t>Irrigation System</w:t>
            </w:r>
          </w:p>
        </w:tc>
        <w:tc>
          <w:tcPr>
            <w:tcW w:w="6120" w:type="dxa"/>
            <w:vAlign w:val="center"/>
          </w:tcPr>
          <w:p w14:paraId="563BD61D" w14:textId="77777777" w:rsidR="001D3795" w:rsidRDefault="0080600D">
            <w:r>
              <w:rPr>
                <w:sz w:val="17"/>
              </w:rPr>
              <w:t>Rachio smart controller connected to sprinkler system for improved efficiency</w:t>
            </w:r>
          </w:p>
        </w:tc>
      </w:tr>
      <w:tr w:rsidR="001D3795" w14:paraId="40ACCF99" w14:textId="77777777">
        <w:trPr>
          <w:jc w:val="center"/>
        </w:trPr>
        <w:tc>
          <w:tcPr>
            <w:tcW w:w="1152" w:type="dxa"/>
            <w:vAlign w:val="center"/>
          </w:tcPr>
          <w:p w14:paraId="09B3E511" w14:textId="77777777" w:rsidR="001D3795" w:rsidRDefault="001D3795"/>
        </w:tc>
        <w:tc>
          <w:tcPr>
            <w:tcW w:w="2951" w:type="dxa"/>
            <w:vAlign w:val="center"/>
          </w:tcPr>
          <w:p w14:paraId="556780AF" w14:textId="77777777" w:rsidR="001D3795" w:rsidRDefault="0080600D">
            <w:r>
              <w:rPr>
                <w:sz w:val="17"/>
              </w:rPr>
              <w:t>Patio / Outdoor Living</w:t>
            </w:r>
          </w:p>
        </w:tc>
        <w:tc>
          <w:tcPr>
            <w:tcW w:w="6120" w:type="dxa"/>
            <w:vAlign w:val="center"/>
          </w:tcPr>
          <w:p w14:paraId="7EC0ACA9" w14:textId="77777777" w:rsidR="001D3795" w:rsidRDefault="0080600D">
            <w:r>
              <w:rPr>
                <w:sz w:val="17"/>
              </w:rPr>
              <w:t>Oversized covered back patio</w:t>
            </w:r>
          </w:p>
        </w:tc>
      </w:tr>
    </w:tbl>
    <w:p w14:paraId="40A4F254" w14:textId="77777777" w:rsidR="001D3795" w:rsidRDefault="0080600D">
      <w:pPr>
        <w:spacing w:before="100" w:after="40"/>
      </w:pPr>
      <w:r>
        <w:rPr>
          <w:b/>
          <w:sz w:val="22"/>
        </w:rPr>
        <w:t>ENERGY EFFICIENCY &amp; SMART-HOME FEATURES</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1F6B5905" w14:textId="77777777">
        <w:trPr>
          <w:jc w:val="center"/>
        </w:trPr>
        <w:tc>
          <w:tcPr>
            <w:tcW w:w="1152" w:type="dxa"/>
            <w:shd w:val="clear" w:color="auto" w:fill="D9E2F3"/>
            <w:vAlign w:val="center"/>
          </w:tcPr>
          <w:p w14:paraId="12F160E0" w14:textId="77777777" w:rsidR="001D3795" w:rsidRDefault="0080600D">
            <w:r>
              <w:rPr>
                <w:b/>
                <w:sz w:val="17"/>
              </w:rPr>
              <w:t>Year</w:t>
            </w:r>
          </w:p>
        </w:tc>
        <w:tc>
          <w:tcPr>
            <w:tcW w:w="2951" w:type="dxa"/>
            <w:shd w:val="clear" w:color="auto" w:fill="D9E2F3"/>
            <w:vAlign w:val="center"/>
          </w:tcPr>
          <w:p w14:paraId="511E3B7A" w14:textId="77777777" w:rsidR="001D3795" w:rsidRDefault="0080600D">
            <w:r>
              <w:rPr>
                <w:b/>
                <w:sz w:val="17"/>
              </w:rPr>
              <w:t>Improvement / Replacement</w:t>
            </w:r>
          </w:p>
        </w:tc>
        <w:tc>
          <w:tcPr>
            <w:tcW w:w="6120" w:type="dxa"/>
            <w:shd w:val="clear" w:color="auto" w:fill="D9E2F3"/>
            <w:vAlign w:val="center"/>
          </w:tcPr>
          <w:p w14:paraId="0FDCA9D0" w14:textId="77777777" w:rsidR="001D3795" w:rsidRDefault="0080600D">
            <w:r>
              <w:rPr>
                <w:b/>
                <w:sz w:val="17"/>
              </w:rPr>
              <w:t>Details</w:t>
            </w:r>
          </w:p>
        </w:tc>
      </w:tr>
      <w:tr w:rsidR="001D3795" w14:paraId="2575500E" w14:textId="77777777">
        <w:trPr>
          <w:jc w:val="center"/>
        </w:trPr>
        <w:tc>
          <w:tcPr>
            <w:tcW w:w="1152" w:type="dxa"/>
            <w:vAlign w:val="center"/>
          </w:tcPr>
          <w:p w14:paraId="7442E117" w14:textId="77777777" w:rsidR="001D3795" w:rsidRDefault="001D3795"/>
        </w:tc>
        <w:tc>
          <w:tcPr>
            <w:tcW w:w="2951" w:type="dxa"/>
            <w:vAlign w:val="center"/>
          </w:tcPr>
          <w:p w14:paraId="44C22C1C" w14:textId="77777777" w:rsidR="001D3795" w:rsidRDefault="0080600D">
            <w:r>
              <w:rPr>
                <w:sz w:val="17"/>
              </w:rPr>
              <w:t>Thermostat</w:t>
            </w:r>
          </w:p>
        </w:tc>
        <w:tc>
          <w:tcPr>
            <w:tcW w:w="6120" w:type="dxa"/>
            <w:vAlign w:val="center"/>
          </w:tcPr>
          <w:p w14:paraId="682318A5" w14:textId="77777777" w:rsidR="001D3795" w:rsidRDefault="0080600D">
            <w:r>
              <w:rPr>
                <w:sz w:val="17"/>
              </w:rPr>
              <w:t>Digital thermostat</w:t>
            </w:r>
          </w:p>
        </w:tc>
      </w:tr>
      <w:tr w:rsidR="001D3795" w14:paraId="7D649902" w14:textId="77777777">
        <w:trPr>
          <w:jc w:val="center"/>
        </w:trPr>
        <w:tc>
          <w:tcPr>
            <w:tcW w:w="1152" w:type="dxa"/>
            <w:vAlign w:val="center"/>
          </w:tcPr>
          <w:p w14:paraId="208CE1F5" w14:textId="77777777" w:rsidR="001D3795" w:rsidRDefault="001D3795"/>
        </w:tc>
        <w:tc>
          <w:tcPr>
            <w:tcW w:w="2951" w:type="dxa"/>
            <w:vAlign w:val="center"/>
          </w:tcPr>
          <w:p w14:paraId="57C548AC" w14:textId="77777777" w:rsidR="001D3795" w:rsidRDefault="0080600D">
            <w:r>
              <w:rPr>
                <w:sz w:val="17"/>
              </w:rPr>
              <w:t>Garage Door</w:t>
            </w:r>
          </w:p>
        </w:tc>
        <w:tc>
          <w:tcPr>
            <w:tcW w:w="6120" w:type="dxa"/>
            <w:vAlign w:val="center"/>
          </w:tcPr>
          <w:p w14:paraId="4681D210" w14:textId="77777777" w:rsidR="001D3795" w:rsidRDefault="0080600D">
            <w:r>
              <w:rPr>
                <w:sz w:val="17"/>
              </w:rPr>
              <w:t>myQ smart garage-door monitoring</w:t>
            </w:r>
          </w:p>
        </w:tc>
      </w:tr>
      <w:tr w:rsidR="001D3795" w14:paraId="603DC192" w14:textId="77777777">
        <w:trPr>
          <w:jc w:val="center"/>
        </w:trPr>
        <w:tc>
          <w:tcPr>
            <w:tcW w:w="1152" w:type="dxa"/>
            <w:vAlign w:val="center"/>
          </w:tcPr>
          <w:p w14:paraId="174EE2D5" w14:textId="77777777" w:rsidR="001D3795" w:rsidRDefault="001D3795"/>
        </w:tc>
        <w:tc>
          <w:tcPr>
            <w:tcW w:w="2951" w:type="dxa"/>
            <w:vAlign w:val="center"/>
          </w:tcPr>
          <w:p w14:paraId="4860B7A8" w14:textId="77777777" w:rsidR="001D3795" w:rsidRDefault="0080600D">
            <w:r>
              <w:rPr>
                <w:sz w:val="17"/>
              </w:rPr>
              <w:t>Irrigation</w:t>
            </w:r>
          </w:p>
        </w:tc>
        <w:tc>
          <w:tcPr>
            <w:tcW w:w="6120" w:type="dxa"/>
            <w:vAlign w:val="center"/>
          </w:tcPr>
          <w:p w14:paraId="41727D4D" w14:textId="77777777" w:rsidR="001D3795" w:rsidRDefault="0080600D">
            <w:r>
              <w:rPr>
                <w:sz w:val="17"/>
              </w:rPr>
              <w:t>Rachio smart sprinkler controller</w:t>
            </w:r>
          </w:p>
        </w:tc>
      </w:tr>
    </w:tbl>
    <w:p w14:paraId="3C37ECA2" w14:textId="77777777" w:rsidR="001D3795" w:rsidRDefault="0080600D">
      <w:pPr>
        <w:spacing w:before="100" w:after="40"/>
      </w:pPr>
      <w:r>
        <w:rPr>
          <w:b/>
          <w:sz w:val="22"/>
        </w:rPr>
        <w:t>ADDITIONAL IMPROVEMENTS</w:t>
      </w:r>
    </w:p>
    <w:tbl>
      <w:tblPr>
        <w:tblStyle w:val="TableGrid"/>
        <w:tblW w:w="10224" w:type="dxa"/>
        <w:jc w:val="center"/>
        <w:tblLayout w:type="fixed"/>
        <w:tblLook w:val="04A0" w:firstRow="1" w:lastRow="0" w:firstColumn="1" w:lastColumn="0" w:noHBand="0" w:noVBand="1"/>
      </w:tblPr>
      <w:tblGrid>
        <w:gridCol w:w="1152"/>
        <w:gridCol w:w="2951"/>
        <w:gridCol w:w="6121"/>
      </w:tblGrid>
      <w:tr w:rsidR="001D3795" w14:paraId="72701D99" w14:textId="77777777">
        <w:trPr>
          <w:jc w:val="center"/>
        </w:trPr>
        <w:tc>
          <w:tcPr>
            <w:tcW w:w="1152" w:type="dxa"/>
            <w:shd w:val="clear" w:color="auto" w:fill="D9E2F3"/>
            <w:vAlign w:val="center"/>
          </w:tcPr>
          <w:p w14:paraId="487DE096" w14:textId="77777777" w:rsidR="001D3795" w:rsidRDefault="0080600D">
            <w:r>
              <w:rPr>
                <w:b/>
                <w:sz w:val="17"/>
              </w:rPr>
              <w:t>Year</w:t>
            </w:r>
          </w:p>
        </w:tc>
        <w:tc>
          <w:tcPr>
            <w:tcW w:w="2951" w:type="dxa"/>
            <w:shd w:val="clear" w:color="auto" w:fill="D9E2F3"/>
            <w:vAlign w:val="center"/>
          </w:tcPr>
          <w:p w14:paraId="201DBD40" w14:textId="77777777" w:rsidR="001D3795" w:rsidRDefault="0080600D">
            <w:r>
              <w:rPr>
                <w:b/>
                <w:sz w:val="17"/>
              </w:rPr>
              <w:t>Improvement / Replacement</w:t>
            </w:r>
          </w:p>
        </w:tc>
        <w:tc>
          <w:tcPr>
            <w:tcW w:w="6120" w:type="dxa"/>
            <w:shd w:val="clear" w:color="auto" w:fill="D9E2F3"/>
            <w:vAlign w:val="center"/>
          </w:tcPr>
          <w:p w14:paraId="2FF2032A" w14:textId="77777777" w:rsidR="001D3795" w:rsidRDefault="0080600D">
            <w:r>
              <w:rPr>
                <w:b/>
                <w:sz w:val="17"/>
              </w:rPr>
              <w:t>Details</w:t>
            </w:r>
          </w:p>
        </w:tc>
      </w:tr>
      <w:tr w:rsidR="001D3795" w14:paraId="025370D2" w14:textId="77777777">
        <w:trPr>
          <w:jc w:val="center"/>
        </w:trPr>
        <w:tc>
          <w:tcPr>
            <w:tcW w:w="1152" w:type="dxa"/>
            <w:vAlign w:val="center"/>
          </w:tcPr>
          <w:p w14:paraId="522C7164" w14:textId="77777777" w:rsidR="001D3795" w:rsidRDefault="001D3795"/>
        </w:tc>
        <w:tc>
          <w:tcPr>
            <w:tcW w:w="2951" w:type="dxa"/>
            <w:vAlign w:val="center"/>
          </w:tcPr>
          <w:p w14:paraId="0E06D815" w14:textId="77777777" w:rsidR="001D3795" w:rsidRDefault="0080600D">
            <w:r>
              <w:rPr>
                <w:sz w:val="17"/>
              </w:rPr>
              <w:t>Attic Access</w:t>
            </w:r>
          </w:p>
        </w:tc>
        <w:tc>
          <w:tcPr>
            <w:tcW w:w="6120" w:type="dxa"/>
            <w:vAlign w:val="center"/>
          </w:tcPr>
          <w:p w14:paraId="379C4D6F" w14:textId="77777777" w:rsidR="001D3795" w:rsidRDefault="0080600D">
            <w:r>
              <w:rPr>
                <w:sz w:val="17"/>
              </w:rPr>
              <w:t>Hydraulic aluminum attic ladder installed</w:t>
            </w:r>
          </w:p>
        </w:tc>
      </w:tr>
    </w:tbl>
    <w:p w14:paraId="561BE56E" w14:textId="77777777" w:rsidR="001D3795" w:rsidRDefault="0080600D">
      <w:pPr>
        <w:spacing w:before="140" w:after="40"/>
      </w:pPr>
      <w:r>
        <w:rPr>
          <w:b/>
          <w:sz w:val="22"/>
        </w:rPr>
        <w:t>NOTABLE PROPERTY HIGHLIGHTS</w:t>
      </w:r>
    </w:p>
    <w:p w14:paraId="073D8F33" w14:textId="77777777" w:rsidR="001D3795" w:rsidRDefault="0080600D">
      <w:pPr>
        <w:spacing w:after="20"/>
        <w:ind w:left="259" w:hanging="173"/>
      </w:pPr>
      <w:r>
        <w:rPr>
          <w:b/>
        </w:rPr>
        <w:t xml:space="preserve">• </w:t>
      </w:r>
      <w:r>
        <w:t>No back neighbors - property backs to green space</w:t>
      </w:r>
    </w:p>
    <w:p w14:paraId="5FAB40A9" w14:textId="77777777" w:rsidR="001D3795" w:rsidRDefault="0080600D">
      <w:pPr>
        <w:spacing w:after="20"/>
        <w:ind w:left="259" w:hanging="173"/>
      </w:pPr>
      <w:r>
        <w:rPr>
          <w:b/>
        </w:rPr>
        <w:t xml:space="preserve">• </w:t>
      </w:r>
      <w:r>
        <w:t>Double walk-in closets in the primary bedroom</w:t>
      </w:r>
    </w:p>
    <w:p w14:paraId="47DC88E2" w14:textId="77777777" w:rsidR="001D3795" w:rsidRDefault="0080600D">
      <w:pPr>
        <w:spacing w:after="20"/>
        <w:ind w:left="259" w:hanging="173"/>
      </w:pPr>
      <w:r>
        <w:rPr>
          <w:b/>
        </w:rPr>
        <w:t xml:space="preserve">• </w:t>
      </w:r>
      <w:r>
        <w:t>Large closets in all bedrooms</w:t>
      </w:r>
    </w:p>
    <w:p w14:paraId="727C18BF" w14:textId="77777777" w:rsidR="001D3795" w:rsidRDefault="0080600D">
      <w:pPr>
        <w:spacing w:after="20"/>
        <w:ind w:left="259" w:hanging="173"/>
      </w:pPr>
      <w:r>
        <w:rPr>
          <w:b/>
        </w:rPr>
        <w:t xml:space="preserve">• </w:t>
      </w:r>
      <w:r>
        <w:t>Bay window in the primary bedroom</w:t>
      </w:r>
    </w:p>
    <w:p w14:paraId="1DCE3EA4" w14:textId="77777777" w:rsidR="001D3795" w:rsidRDefault="0080600D">
      <w:pPr>
        <w:spacing w:before="140" w:after="0"/>
      </w:pPr>
      <w:r>
        <w:rPr>
          <w:i/>
          <w:sz w:val="15"/>
        </w:rPr>
        <w:t>Information regarding improvements, updates, replacement dates, costs, warranties, and specifications has been provided by the seller and is believed to be accurate but should be independently verified by the buyer. This document is provided for informational purposes only.</w:t>
      </w:r>
    </w:p>
    <w:sectPr w:rsidR="001D3795"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9244244">
    <w:abstractNumId w:val="8"/>
  </w:num>
  <w:num w:numId="2" w16cid:durableId="1434864924">
    <w:abstractNumId w:val="6"/>
  </w:num>
  <w:num w:numId="3" w16cid:durableId="451898804">
    <w:abstractNumId w:val="5"/>
  </w:num>
  <w:num w:numId="4" w16cid:durableId="470752030">
    <w:abstractNumId w:val="4"/>
  </w:num>
  <w:num w:numId="5" w16cid:durableId="2048721143">
    <w:abstractNumId w:val="7"/>
  </w:num>
  <w:num w:numId="6" w16cid:durableId="1911883941">
    <w:abstractNumId w:val="3"/>
  </w:num>
  <w:num w:numId="7" w16cid:durableId="1227687827">
    <w:abstractNumId w:val="2"/>
  </w:num>
  <w:num w:numId="8" w16cid:durableId="659163442">
    <w:abstractNumId w:val="1"/>
  </w:num>
  <w:num w:numId="9" w16cid:durableId="138405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795"/>
    <w:rsid w:val="0029639D"/>
    <w:rsid w:val="00326F90"/>
    <w:rsid w:val="004B740D"/>
    <w:rsid w:val="0062295F"/>
    <w:rsid w:val="0080600D"/>
    <w:rsid w:val="009C3EAF"/>
    <w:rsid w:val="00A63F0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AF2221"/>
  <w14:defaultImageDpi w14:val="300"/>
  <w15:docId w15:val="{BB7D5560-C1B9-418A-9B7E-7A6C4BB6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Theresa Richter</cp:lastModifiedBy>
  <cp:revision>2</cp:revision>
  <cp:lastPrinted>2026-08-30T18:23:00Z</cp:lastPrinted>
  <dcterms:created xsi:type="dcterms:W3CDTF">2026-09-01T19:15:00Z</dcterms:created>
  <dcterms:modified xsi:type="dcterms:W3CDTF">2026-09-01T19:15:00Z</dcterms:modified>
  <cp:category/>
</cp:coreProperties>
</file>